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38F" w:rsidRDefault="0008749C">
      <w:pPr>
        <w:jc w:val="center"/>
      </w:pPr>
      <w:r>
        <w:rPr>
          <w:b/>
          <w:sz w:val="26"/>
          <w:u w:val="single"/>
        </w:rPr>
        <w:t>Mémo candidat Armée de Terre</w:t>
      </w:r>
    </w:p>
    <w:p w:rsidR="000B538F" w:rsidRDefault="0008749C">
      <w:r>
        <w:rPr>
          <w:b/>
          <w:u w:val="single"/>
        </w:rPr>
        <w:t>Contact:</w:t>
      </w:r>
    </w:p>
    <w:p w:rsidR="000B538F" w:rsidRDefault="0008749C">
      <w:pPr>
        <w:pStyle w:val="Listepuces"/>
      </w:pPr>
      <w:proofErr w:type="spellStart"/>
      <w:r>
        <w:t>Accueil</w:t>
      </w:r>
      <w:proofErr w:type="spellEnd"/>
      <w:r>
        <w:t xml:space="preserve"> CIRFA : 04 74 32 19 19</w:t>
      </w:r>
      <w:bookmarkStart w:id="0" w:name="_GoBack"/>
      <w:bookmarkEnd w:id="0"/>
    </w:p>
    <w:p w:rsidR="000B538F" w:rsidRDefault="0008749C">
      <w:r>
        <w:rPr>
          <w:b/>
          <w:u w:val="single"/>
        </w:rPr>
        <w:t>Conditions d’engagement :</w:t>
      </w:r>
    </w:p>
    <w:p w:rsidR="000B538F" w:rsidRDefault="0008749C">
      <w:pPr>
        <w:pStyle w:val="Listepuces"/>
      </w:pPr>
      <w:r>
        <w:t>Avoir entre 17,5 et 30 ans</w:t>
      </w:r>
    </w:p>
    <w:p w:rsidR="000B538F" w:rsidRDefault="0008749C">
      <w:pPr>
        <w:pStyle w:val="Listepuces"/>
      </w:pPr>
      <w:r>
        <w:t>Être de nationalité française</w:t>
      </w:r>
    </w:p>
    <w:p w:rsidR="000B538F" w:rsidRDefault="0008749C">
      <w:pPr>
        <w:pStyle w:val="Listepuces"/>
      </w:pPr>
      <w:r>
        <w:t>Jouir de ses droits civiques</w:t>
      </w:r>
    </w:p>
    <w:p w:rsidR="000B538F" w:rsidRDefault="0008749C">
      <w:pPr>
        <w:pStyle w:val="Listepuces"/>
      </w:pPr>
      <w:r>
        <w:t>De sans diplôme à BAC + 5</w:t>
      </w:r>
    </w:p>
    <w:p w:rsidR="000B538F" w:rsidRDefault="0008749C">
      <w:pPr>
        <w:pStyle w:val="Listepuces"/>
      </w:pPr>
      <w:r>
        <w:t>Avoir effectué sa JDC</w:t>
      </w:r>
    </w:p>
    <w:p w:rsidR="000B538F" w:rsidRDefault="0008749C">
      <w:r>
        <w:rPr>
          <w:b/>
          <w:u w:val="single"/>
        </w:rPr>
        <w:t>Plus de 100 domaines de recrutement :</w:t>
      </w:r>
    </w:p>
    <w:p w:rsidR="000B538F" w:rsidRDefault="0008749C" w:rsidP="0008749C">
      <w:pPr>
        <w:pStyle w:val="Listepuces"/>
      </w:pPr>
      <w:r>
        <w:t>Métiers de combat</w:t>
      </w:r>
    </w:p>
    <w:p w:rsidR="000B538F" w:rsidRDefault="0008749C" w:rsidP="0008749C">
      <w:pPr>
        <w:pStyle w:val="Listepuces"/>
      </w:pPr>
      <w:r>
        <w:t>Maintenance</w:t>
      </w:r>
    </w:p>
    <w:p w:rsidR="0008749C" w:rsidRDefault="0008749C" w:rsidP="0008749C">
      <w:pPr>
        <w:pStyle w:val="Listepuces"/>
      </w:pPr>
      <w:proofErr w:type="spellStart"/>
      <w:r>
        <w:t>Véhicules</w:t>
      </w:r>
      <w:proofErr w:type="spellEnd"/>
    </w:p>
    <w:p w:rsidR="0008749C" w:rsidRDefault="0008749C" w:rsidP="0008749C">
      <w:pPr>
        <w:pStyle w:val="Listepuces"/>
      </w:pPr>
      <w:proofErr w:type="spellStart"/>
      <w:r>
        <w:t>Aéronautique</w:t>
      </w:r>
      <w:proofErr w:type="spellEnd"/>
    </w:p>
    <w:p w:rsidR="0008749C" w:rsidRDefault="0008749C" w:rsidP="0008749C">
      <w:pPr>
        <w:pStyle w:val="Listepuces"/>
      </w:pPr>
      <w:proofErr w:type="spellStart"/>
      <w:r>
        <w:t>Électronique</w:t>
      </w:r>
      <w:proofErr w:type="spellEnd"/>
      <w:r>
        <w:t xml:space="preserve"> / </w:t>
      </w:r>
      <w:proofErr w:type="spellStart"/>
      <w:r>
        <w:t>électrotechnique</w:t>
      </w:r>
      <w:proofErr w:type="spellEnd"/>
    </w:p>
    <w:p w:rsidR="0008749C" w:rsidRDefault="0008749C" w:rsidP="0008749C">
      <w:pPr>
        <w:pStyle w:val="Listepuces"/>
      </w:pPr>
      <w:proofErr w:type="spellStart"/>
      <w:r>
        <w:t>Hydraulique</w:t>
      </w:r>
      <w:proofErr w:type="spellEnd"/>
      <w:r>
        <w:t xml:space="preserve"> / </w:t>
      </w:r>
      <w:proofErr w:type="spellStart"/>
      <w:r>
        <w:t>pneumatique</w:t>
      </w:r>
      <w:proofErr w:type="spellEnd"/>
    </w:p>
    <w:p w:rsidR="000B538F" w:rsidRDefault="0008749C" w:rsidP="0008749C">
      <w:pPr>
        <w:pStyle w:val="Listepuces"/>
      </w:pPr>
      <w:r>
        <w:t>Administration</w:t>
      </w:r>
    </w:p>
    <w:p w:rsidR="000B538F" w:rsidRDefault="0008749C" w:rsidP="0008749C">
      <w:pPr>
        <w:pStyle w:val="Listepuces"/>
      </w:pPr>
      <w:r>
        <w:t>Restauration et hôtellerie</w:t>
      </w:r>
    </w:p>
    <w:p w:rsidR="000B538F" w:rsidRDefault="0008749C" w:rsidP="0008749C">
      <w:pPr>
        <w:pStyle w:val="Listepuces"/>
      </w:pPr>
      <w:r>
        <w:t>Informatique et communication</w:t>
      </w:r>
    </w:p>
    <w:p w:rsidR="000B538F" w:rsidRDefault="0008749C" w:rsidP="0008749C">
      <w:pPr>
        <w:pStyle w:val="Listepuces"/>
      </w:pPr>
      <w:r>
        <w:t>Drone</w:t>
      </w:r>
    </w:p>
    <w:p w:rsidR="000B538F" w:rsidRDefault="0008749C" w:rsidP="0008749C">
      <w:pPr>
        <w:pStyle w:val="Listepuces"/>
      </w:pPr>
      <w:r>
        <w:t>Renseignement</w:t>
      </w:r>
    </w:p>
    <w:p w:rsidR="000B538F" w:rsidRDefault="0008749C" w:rsidP="0008749C">
      <w:pPr>
        <w:pStyle w:val="Listepuces"/>
      </w:pPr>
      <w:r>
        <w:t>BTP</w:t>
      </w:r>
    </w:p>
    <w:p w:rsidR="000B538F" w:rsidRDefault="0008749C" w:rsidP="0008749C">
      <w:pPr>
        <w:pStyle w:val="Listepuces"/>
      </w:pPr>
      <w:r>
        <w:t>Sport</w:t>
      </w:r>
    </w:p>
    <w:p w:rsidR="000B538F" w:rsidRDefault="0008749C" w:rsidP="0008749C">
      <w:pPr>
        <w:pStyle w:val="Listepuces"/>
      </w:pPr>
      <w:r>
        <w:t>Sécurité</w:t>
      </w:r>
    </w:p>
    <w:p w:rsidR="000B538F" w:rsidRDefault="0008749C" w:rsidP="0008749C">
      <w:pPr>
        <w:pStyle w:val="Listepuces"/>
      </w:pPr>
      <w:r>
        <w:t>…</w:t>
      </w:r>
    </w:p>
    <w:p w:rsidR="000B538F" w:rsidRDefault="0008749C">
      <w:pPr>
        <w:spacing w:before="240"/>
      </w:pPr>
      <w:r>
        <w:t>Rendez-vous individuel possible en semaine sur RDV.</w:t>
      </w:r>
    </w:p>
    <w:p w:rsidR="000B538F" w:rsidRDefault="0008749C">
      <w:pPr>
        <w:spacing w:before="240"/>
      </w:pPr>
      <w:r>
        <w:t>Possibilité de me déplacer au plus près du candidat en cas de besoin.</w:t>
      </w:r>
    </w:p>
    <w:sectPr w:rsidR="000B538F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32C93C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749C"/>
    <w:rsid w:val="000B538F"/>
    <w:rsid w:val="0015074B"/>
    <w:rsid w:val="0029639D"/>
    <w:rsid w:val="00326F90"/>
    <w:rsid w:val="00AA1D8D"/>
    <w:rsid w:val="00B47730"/>
    <w:rsid w:val="00CB0664"/>
    <w:rsid w:val="00CE51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19294B"/>
  <w14:defaultImageDpi w14:val="300"/>
  <w15:docId w15:val="{09A6E730-71AC-4665-8927-54F60C53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94A14C-6AD6-4885-BC62-4D81782A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KRÄMER Amélie CCH1</cp:lastModifiedBy>
  <cp:revision>2</cp:revision>
  <dcterms:created xsi:type="dcterms:W3CDTF">2026-09-17T13:31:00Z</dcterms:created>
  <dcterms:modified xsi:type="dcterms:W3CDTF">2026-09-17T13:31:00Z</dcterms:modified>
  <cp:category/>
</cp:coreProperties>
</file>